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191" w:rsidRPr="00A11BF1" w:rsidRDefault="00A11BF1" w:rsidP="00A11BF1">
      <w:pPr>
        <w:pStyle w:val="Titolo1"/>
        <w:jc w:val="center"/>
        <w:rPr>
          <w:rFonts w:ascii="Times New Roman" w:hAnsi="Times New Roman" w:cs="Times New Roman"/>
          <w:sz w:val="24"/>
          <w:szCs w:val="24"/>
        </w:rPr>
      </w:pPr>
      <w:r w:rsidRPr="00A11BF1">
        <w:rPr>
          <w:rFonts w:ascii="Times New Roman" w:hAnsi="Times New Roman" w:cs="Times New Roman"/>
          <w:sz w:val="24"/>
          <w:szCs w:val="24"/>
        </w:rPr>
        <w:t>Annex 2</w:t>
      </w:r>
      <w:r w:rsidRPr="00A11BF1">
        <w:rPr>
          <w:rFonts w:ascii="Times New Roman" w:hAnsi="Times New Roman" w:cs="Times New Roman"/>
          <w:sz w:val="24"/>
          <w:szCs w:val="24"/>
        </w:rPr>
        <w:br/>
        <w:t>Research Project</w:t>
      </w:r>
    </w:p>
    <w:p w:rsidR="00841191" w:rsidRPr="00A11BF1" w:rsidRDefault="00A11BF1" w:rsidP="00A11BF1">
      <w:pPr>
        <w:spacing w:after="0"/>
        <w:jc w:val="both"/>
        <w:rPr>
          <w:rFonts w:cs="Times New Roman"/>
          <w:szCs w:val="24"/>
        </w:rPr>
      </w:pPr>
      <w:r w:rsidRPr="00A11BF1">
        <w:rPr>
          <w:rFonts w:cs="Times New Roman"/>
          <w:szCs w:val="24"/>
        </w:rPr>
        <w:t>The research project must be original, meaning that it has not been previously registered, published, funded, or submitted for evaluation under any competitive selection procedure.</w:t>
      </w:r>
      <w:r w:rsidRPr="00A11BF1">
        <w:rPr>
          <w:rFonts w:cs="Times New Roman"/>
          <w:szCs w:val="24"/>
        </w:rPr>
        <w:br/>
      </w:r>
      <w:r w:rsidRPr="00A11BF1">
        <w:rPr>
          <w:rFonts w:cs="Times New Roman"/>
          <w:szCs w:val="24"/>
        </w:rPr>
        <w:br/>
        <w:t>The proposal should present a well-structured research plan, demonstrating scientific originality, methodological rigor, feasibility, and potential impact within the selected research field.</w:t>
      </w:r>
    </w:p>
    <w:p w:rsidR="00C91B88" w:rsidRPr="00A11BF1" w:rsidRDefault="00A11BF1" w:rsidP="00A11BF1">
      <w:pPr>
        <w:spacing w:after="0"/>
        <w:jc w:val="both"/>
        <w:rPr>
          <w:rFonts w:cs="Times New Roman"/>
          <w:szCs w:val="24"/>
        </w:rPr>
      </w:pPr>
      <w:r w:rsidRPr="00A11BF1">
        <w:rPr>
          <w:rFonts w:cs="Times New Roman"/>
          <w:szCs w:val="24"/>
        </w:rPr>
        <w:t>The project must:</w:t>
      </w:r>
    </w:p>
    <w:p w:rsidR="00C91B88" w:rsidRPr="00A11BF1" w:rsidRDefault="00A11BF1" w:rsidP="00A11BF1">
      <w:pPr>
        <w:pStyle w:val="Paragrafoelenco"/>
        <w:numPr>
          <w:ilvl w:val="0"/>
          <w:numId w:val="10"/>
        </w:numPr>
        <w:spacing w:after="0"/>
        <w:jc w:val="both"/>
        <w:rPr>
          <w:rFonts w:cs="Times New Roman"/>
          <w:szCs w:val="24"/>
        </w:rPr>
      </w:pPr>
      <w:r w:rsidRPr="00A11BF1">
        <w:rPr>
          <w:rFonts w:cs="Times New Roman"/>
          <w:szCs w:val="24"/>
        </w:rPr>
        <w:t>be written in English;</w:t>
      </w:r>
    </w:p>
    <w:p w:rsidR="00C91B88" w:rsidRPr="00A11BF1" w:rsidRDefault="00A11BF1" w:rsidP="00A11BF1">
      <w:pPr>
        <w:pStyle w:val="Paragrafoelenco"/>
        <w:numPr>
          <w:ilvl w:val="0"/>
          <w:numId w:val="10"/>
        </w:numPr>
        <w:spacing w:after="0"/>
        <w:jc w:val="both"/>
        <w:rPr>
          <w:rFonts w:cs="Times New Roman"/>
          <w:szCs w:val="24"/>
        </w:rPr>
      </w:pPr>
      <w:r w:rsidRPr="00A11BF1">
        <w:rPr>
          <w:rFonts w:cs="Times New Roman"/>
          <w:szCs w:val="24"/>
        </w:rPr>
        <w:t>be prepared using Times New Roman, 12-point font, with 1.5 line spacing;</w:t>
      </w:r>
    </w:p>
    <w:p w:rsidR="00C91B88" w:rsidRPr="00A11BF1" w:rsidRDefault="00A11BF1" w:rsidP="00A11BF1">
      <w:pPr>
        <w:pStyle w:val="Paragrafoelenco"/>
        <w:numPr>
          <w:ilvl w:val="0"/>
          <w:numId w:val="10"/>
        </w:numPr>
        <w:spacing w:after="0"/>
        <w:jc w:val="both"/>
        <w:rPr>
          <w:rFonts w:cs="Times New Roman"/>
          <w:szCs w:val="24"/>
        </w:rPr>
      </w:pPr>
      <w:r w:rsidRPr="00A11BF1">
        <w:rPr>
          <w:rFonts w:cs="Times New Roman"/>
          <w:szCs w:val="24"/>
        </w:rPr>
        <w:t>not exceed six (6) pages, excluding the title page and references. Any content beyond the sixth page will not be considered for evaluation;</w:t>
      </w:r>
    </w:p>
    <w:p w:rsidR="00C91B88" w:rsidRPr="00C26FE8" w:rsidRDefault="00A11BF1" w:rsidP="00A11BF1">
      <w:pPr>
        <w:pStyle w:val="Paragrafoelenco"/>
        <w:numPr>
          <w:ilvl w:val="0"/>
          <w:numId w:val="10"/>
        </w:numPr>
        <w:spacing w:after="0"/>
        <w:jc w:val="both"/>
        <w:rPr>
          <w:rFonts w:cs="Times New Roman"/>
          <w:szCs w:val="24"/>
        </w:rPr>
      </w:pPr>
      <w:r w:rsidRPr="00A11BF1">
        <w:rPr>
          <w:rFonts w:cs="Times New Roman"/>
          <w:szCs w:val="24"/>
        </w:rPr>
        <w:t>contain 1,500–2,</w:t>
      </w:r>
      <w:r w:rsidR="001B552B">
        <w:rPr>
          <w:rFonts w:cs="Times New Roman"/>
          <w:szCs w:val="24"/>
        </w:rPr>
        <w:t>5</w:t>
      </w:r>
      <w:r w:rsidRPr="00A11BF1">
        <w:rPr>
          <w:rFonts w:cs="Times New Roman"/>
          <w:szCs w:val="24"/>
        </w:rPr>
        <w:t>00 words, excluding the title page and references</w:t>
      </w:r>
      <w:r w:rsidR="002A64F0">
        <w:rPr>
          <w:rFonts w:cs="Times New Roman"/>
          <w:szCs w:val="24"/>
        </w:rPr>
        <w:t xml:space="preserve"> </w:t>
      </w:r>
      <w:r w:rsidR="002A64F0">
        <w:t xml:space="preserve">and no more than </w:t>
      </w:r>
      <w:r w:rsidR="002A64F0">
        <w:t>3</w:t>
      </w:r>
      <w:r w:rsidR="002A64F0">
        <w:t xml:space="preserve"> figures or tables</w:t>
      </w:r>
    </w:p>
    <w:p w:rsidR="00C26FE8" w:rsidRPr="00A11BF1" w:rsidRDefault="00C26FE8" w:rsidP="00A11BF1">
      <w:pPr>
        <w:pStyle w:val="Paragrafoelenco"/>
        <w:numPr>
          <w:ilvl w:val="0"/>
          <w:numId w:val="10"/>
        </w:numPr>
        <w:spacing w:after="0"/>
        <w:jc w:val="both"/>
        <w:rPr>
          <w:rFonts w:cs="Times New Roman"/>
          <w:szCs w:val="24"/>
        </w:rPr>
      </w:pPr>
      <w:r>
        <w:rPr>
          <w:rFonts w:cs="Times New Roman"/>
          <w:szCs w:val="24"/>
        </w:rPr>
        <w:t>saved in PDF and clearly named with the candidate name and surname</w:t>
      </w:r>
      <w:r w:rsidRPr="00C26FE8">
        <w:rPr>
          <w:rFonts w:cs="Times New Roman"/>
          <w:szCs w:val="24"/>
        </w:rPr>
        <w:t xml:space="preserve"> -</w:t>
      </w:r>
    </w:p>
    <w:p w:rsidR="00841191" w:rsidRPr="00A11BF1" w:rsidRDefault="00A11BF1" w:rsidP="00A11BF1">
      <w:pPr>
        <w:spacing w:after="0"/>
        <w:jc w:val="both"/>
        <w:rPr>
          <w:rFonts w:cs="Times New Roman"/>
          <w:szCs w:val="24"/>
        </w:rPr>
      </w:pPr>
      <w:r w:rsidRPr="00A11BF1">
        <w:rPr>
          <w:rFonts w:cs="Times New Roman"/>
          <w:szCs w:val="24"/>
        </w:rPr>
        <w:br/>
        <w:t>The research project will be presented and discussed in English during the oral examination</w:t>
      </w:r>
      <w:r w:rsidR="00C26FE8">
        <w:rPr>
          <w:rFonts w:cs="Times New Roman"/>
          <w:szCs w:val="24"/>
        </w:rPr>
        <w:t xml:space="preserve"> and the candidate. </w:t>
      </w:r>
      <w:r w:rsidR="00C26FE8" w:rsidRPr="00C26FE8">
        <w:rPr>
          <w:rFonts w:cs="Times New Roman"/>
          <w:szCs w:val="24"/>
        </w:rPr>
        <w:t>Candidates must justify all logical steps of the research project, highlighting the reasoning used to identify the objectives.</w:t>
      </w:r>
    </w:p>
    <w:p w:rsidR="00841191" w:rsidRPr="00A11BF1" w:rsidRDefault="00A11BF1" w:rsidP="00A11BF1">
      <w:pPr>
        <w:pStyle w:val="Titolo2"/>
        <w:rPr>
          <w:rFonts w:ascii="Times New Roman" w:hAnsi="Times New Roman" w:cs="Times New Roman"/>
          <w:sz w:val="24"/>
          <w:szCs w:val="24"/>
        </w:rPr>
      </w:pPr>
      <w:r w:rsidRPr="00A11BF1">
        <w:rPr>
          <w:rFonts w:ascii="Times New Roman" w:hAnsi="Times New Roman" w:cs="Times New Roman"/>
          <w:sz w:val="24"/>
          <w:szCs w:val="24"/>
        </w:rPr>
        <w:t>Use of Artificial Intelligence (AI) Tools</w:t>
      </w:r>
    </w:p>
    <w:p w:rsidR="00C91B88" w:rsidRPr="00A11BF1" w:rsidRDefault="00A11BF1" w:rsidP="00A11BF1">
      <w:pPr>
        <w:spacing w:after="0"/>
        <w:jc w:val="both"/>
        <w:rPr>
          <w:rFonts w:cs="Times New Roman"/>
          <w:szCs w:val="24"/>
        </w:rPr>
      </w:pPr>
      <w:r w:rsidRPr="00A11BF1">
        <w:rPr>
          <w:rFonts w:cs="Times New Roman"/>
          <w:szCs w:val="24"/>
        </w:rPr>
        <w:t>The use of generative Artificial Intelligence (AI) tools (e.g., ChatGPT, Claude, Gemini, Copilot, or similar systems) is permitted only as a support tool (e.g., for language editing, grammar correction, formatting, or literature search support)</w:t>
      </w:r>
    </w:p>
    <w:p w:rsidR="00C91B88" w:rsidRPr="00A11BF1" w:rsidRDefault="00A11BF1" w:rsidP="00A11BF1">
      <w:pPr>
        <w:spacing w:after="0"/>
        <w:jc w:val="both"/>
        <w:rPr>
          <w:rFonts w:cs="Times New Roman"/>
          <w:szCs w:val="24"/>
        </w:rPr>
      </w:pPr>
      <w:r w:rsidRPr="00A11BF1">
        <w:rPr>
          <w:rFonts w:cs="Times New Roman"/>
          <w:szCs w:val="24"/>
        </w:rPr>
        <w:t>Applicants are required to include an AI Use Statement at the end of the proposal, clearly specifying:</w:t>
      </w:r>
    </w:p>
    <w:p w:rsidR="00C91B88" w:rsidRPr="00A11BF1" w:rsidRDefault="00A11BF1" w:rsidP="00A11BF1">
      <w:pPr>
        <w:pStyle w:val="Paragrafoelenco"/>
        <w:numPr>
          <w:ilvl w:val="0"/>
          <w:numId w:val="12"/>
        </w:numPr>
        <w:spacing w:after="0"/>
        <w:jc w:val="both"/>
        <w:rPr>
          <w:rFonts w:cs="Times New Roman"/>
          <w:szCs w:val="24"/>
        </w:rPr>
      </w:pPr>
      <w:r w:rsidRPr="00A11BF1">
        <w:rPr>
          <w:rFonts w:cs="Times New Roman"/>
          <w:szCs w:val="24"/>
        </w:rPr>
        <w:t xml:space="preserve"> the AI tool(s) used;</w:t>
      </w:r>
    </w:p>
    <w:p w:rsidR="00C91B88" w:rsidRPr="00A11BF1" w:rsidRDefault="00A11BF1" w:rsidP="00A11BF1">
      <w:pPr>
        <w:pStyle w:val="Paragrafoelenco"/>
        <w:numPr>
          <w:ilvl w:val="0"/>
          <w:numId w:val="11"/>
        </w:numPr>
        <w:spacing w:after="0"/>
        <w:jc w:val="both"/>
        <w:rPr>
          <w:rFonts w:cs="Times New Roman"/>
          <w:szCs w:val="24"/>
        </w:rPr>
      </w:pPr>
      <w:r w:rsidRPr="00A11BF1">
        <w:rPr>
          <w:rFonts w:cs="Times New Roman"/>
          <w:szCs w:val="24"/>
        </w:rPr>
        <w:t>the purpose(s) for which each tool was used;</w:t>
      </w:r>
    </w:p>
    <w:p w:rsidR="00C91B88" w:rsidRPr="00A11BF1" w:rsidRDefault="00A11BF1" w:rsidP="00A11BF1">
      <w:pPr>
        <w:pStyle w:val="Paragrafoelenco"/>
        <w:numPr>
          <w:ilvl w:val="0"/>
          <w:numId w:val="11"/>
        </w:numPr>
        <w:spacing w:after="0"/>
        <w:jc w:val="both"/>
        <w:rPr>
          <w:rFonts w:cs="Times New Roman"/>
          <w:szCs w:val="24"/>
        </w:rPr>
      </w:pPr>
      <w:r w:rsidRPr="00A11BF1">
        <w:rPr>
          <w:rFonts w:cs="Times New Roman"/>
          <w:szCs w:val="24"/>
        </w:rPr>
        <w:t>the extent to which AI contributed to the preparation of the proposal.</w:t>
      </w:r>
    </w:p>
    <w:p w:rsidR="00C91B88" w:rsidRPr="00A11BF1" w:rsidRDefault="00A11BF1" w:rsidP="00A11BF1">
      <w:pPr>
        <w:spacing w:after="0"/>
        <w:jc w:val="both"/>
        <w:rPr>
          <w:rFonts w:cs="Times New Roman"/>
          <w:szCs w:val="24"/>
        </w:rPr>
      </w:pPr>
      <w:r w:rsidRPr="00A11BF1">
        <w:rPr>
          <w:rFonts w:cs="Times New Roman"/>
          <w:szCs w:val="24"/>
        </w:rPr>
        <w:t>The applicant remains fully responsible for the originality, scientific content, accuracy, and integrity of the submitted project.</w:t>
      </w:r>
    </w:p>
    <w:p w:rsidR="00841191" w:rsidRPr="00A11BF1" w:rsidRDefault="00A11BF1" w:rsidP="00A11BF1">
      <w:pPr>
        <w:spacing w:after="0"/>
        <w:jc w:val="both"/>
        <w:rPr>
          <w:rFonts w:cs="Times New Roman"/>
          <w:szCs w:val="24"/>
        </w:rPr>
      </w:pPr>
      <w:r w:rsidRPr="00A11BF1">
        <w:rPr>
          <w:rFonts w:cs="Times New Roman"/>
          <w:szCs w:val="24"/>
        </w:rPr>
        <w:t>Research proposals that are determined by the Evaluation Committee to have been substantially or entirely generated by AI, without significant original intellectual contribution from the applicant, may be excluded from the evaluation process.</w:t>
      </w:r>
    </w:p>
    <w:p w:rsidR="00841191" w:rsidRPr="00A11BF1" w:rsidRDefault="00A11BF1" w:rsidP="00A11BF1">
      <w:pPr>
        <w:pStyle w:val="Titolo2"/>
        <w:rPr>
          <w:rFonts w:ascii="Times New Roman" w:hAnsi="Times New Roman" w:cs="Times New Roman"/>
          <w:sz w:val="24"/>
          <w:szCs w:val="24"/>
        </w:rPr>
      </w:pPr>
      <w:r w:rsidRPr="00A11BF1">
        <w:rPr>
          <w:rFonts w:ascii="Times New Roman" w:hAnsi="Times New Roman" w:cs="Times New Roman"/>
          <w:sz w:val="24"/>
          <w:szCs w:val="24"/>
        </w:rPr>
        <w:lastRenderedPageBreak/>
        <w:t>Format</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t>Title Page</w:t>
      </w:r>
    </w:p>
    <w:p w:rsidR="00841191" w:rsidRPr="00A11BF1" w:rsidRDefault="00A11BF1" w:rsidP="00A11BF1">
      <w:pPr>
        <w:spacing w:after="0"/>
        <w:rPr>
          <w:rFonts w:cs="Times New Roman"/>
          <w:szCs w:val="24"/>
        </w:rPr>
      </w:pPr>
      <w:r w:rsidRPr="00A11BF1">
        <w:rPr>
          <w:rFonts w:cs="Times New Roman"/>
          <w:szCs w:val="24"/>
        </w:rPr>
        <w:t>The title page must include:</w:t>
      </w:r>
      <w:r w:rsidRPr="00A11BF1">
        <w:rPr>
          <w:rFonts w:cs="Times New Roman"/>
          <w:szCs w:val="24"/>
        </w:rPr>
        <w:br/>
        <w:t>• Title</w:t>
      </w:r>
      <w:r w:rsidRPr="00A11BF1">
        <w:rPr>
          <w:rFonts w:cs="Times New Roman"/>
          <w:szCs w:val="24"/>
        </w:rPr>
        <w:br/>
        <w:t>• Author</w:t>
      </w:r>
      <w:r w:rsidRPr="00A11BF1">
        <w:rPr>
          <w:rFonts w:cs="Times New Roman"/>
          <w:szCs w:val="24"/>
        </w:rPr>
        <w:br/>
        <w:t>• Abstract (maximum 250 words)</w:t>
      </w:r>
      <w:r w:rsidRPr="00A11BF1">
        <w:rPr>
          <w:rFonts w:cs="Times New Roman"/>
          <w:szCs w:val="24"/>
        </w:rPr>
        <w:br/>
        <w:t>• Keywords (maximum 6)</w:t>
      </w:r>
      <w:r w:rsidRPr="00A11BF1">
        <w:rPr>
          <w:rFonts w:cs="Times New Roman"/>
          <w:szCs w:val="24"/>
        </w:rPr>
        <w:br/>
        <w:t>• Research Field (see Article 1)</w:t>
      </w:r>
    </w:p>
    <w:p w:rsidR="00841191" w:rsidRPr="00A11BF1" w:rsidRDefault="00A11BF1" w:rsidP="00A11BF1">
      <w:pPr>
        <w:pStyle w:val="Titolo2"/>
        <w:rPr>
          <w:rFonts w:ascii="Times New Roman" w:hAnsi="Times New Roman" w:cs="Times New Roman"/>
          <w:sz w:val="24"/>
          <w:szCs w:val="24"/>
        </w:rPr>
      </w:pPr>
      <w:r w:rsidRPr="00A11BF1">
        <w:rPr>
          <w:rFonts w:ascii="Times New Roman" w:hAnsi="Times New Roman" w:cs="Times New Roman"/>
          <w:sz w:val="24"/>
          <w:szCs w:val="24"/>
        </w:rPr>
        <w:t>Structure of the Research Project</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t>1. Introduction (maximum 500 words)</w:t>
      </w:r>
    </w:p>
    <w:p w:rsidR="00841191" w:rsidRPr="00A11BF1" w:rsidRDefault="00A11BF1" w:rsidP="00A11BF1">
      <w:pPr>
        <w:spacing w:after="0"/>
        <w:jc w:val="both"/>
        <w:rPr>
          <w:rFonts w:cs="Times New Roman"/>
          <w:szCs w:val="24"/>
        </w:rPr>
      </w:pPr>
      <w:r w:rsidRPr="00A11BF1">
        <w:rPr>
          <w:rFonts w:cs="Times New Roman"/>
          <w:szCs w:val="24"/>
        </w:rPr>
        <w:t>Provide the scientific background, current state of the art, rationale, and significance of the proposed research.</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t>2. Research Objective(s) (maximum 200 words)</w:t>
      </w:r>
    </w:p>
    <w:p w:rsidR="00C26FE8" w:rsidRPr="00C26FE8" w:rsidRDefault="00962654" w:rsidP="00C26FE8">
      <w:pPr>
        <w:spacing w:after="0"/>
        <w:jc w:val="both"/>
        <w:rPr>
          <w:rFonts w:cs="Times New Roman"/>
          <w:szCs w:val="24"/>
        </w:rPr>
      </w:pPr>
      <w:r w:rsidRPr="00C26FE8">
        <w:rPr>
          <w:rFonts w:cs="Times New Roman"/>
          <w:szCs w:val="24"/>
        </w:rPr>
        <w:t>In this section, you should clarify what you intend to achieve with the research project. The objectives</w:t>
      </w:r>
      <w:r>
        <w:rPr>
          <w:rFonts w:cs="Times New Roman"/>
          <w:szCs w:val="24"/>
        </w:rPr>
        <w:t xml:space="preserve">. </w:t>
      </w:r>
      <w:r w:rsidRPr="00C26FE8">
        <w:rPr>
          <w:rFonts w:cs="Times New Roman"/>
          <w:szCs w:val="24"/>
        </w:rPr>
        <w:t xml:space="preserve"> </w:t>
      </w:r>
      <w:r w:rsidR="00A11BF1" w:rsidRPr="00A11BF1">
        <w:rPr>
          <w:rFonts w:cs="Times New Roman"/>
          <w:szCs w:val="24"/>
        </w:rPr>
        <w:t>Clearly state the primary objective(s), hypothesis(es), and, where appropriate, secondary objectives.</w:t>
      </w:r>
      <w:r w:rsidR="00C26FE8" w:rsidRPr="00C26FE8">
        <w:t xml:space="preserve"> </w:t>
      </w:r>
      <w:r>
        <w:t>The objectives s</w:t>
      </w:r>
      <w:r w:rsidRPr="00962654">
        <w:t>hould be clear, specific, and realistic.</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t>3. Planned Methodology (maximum 1,</w:t>
      </w:r>
      <w:r w:rsidR="001B552B">
        <w:rPr>
          <w:rFonts w:ascii="Times New Roman" w:hAnsi="Times New Roman" w:cs="Times New Roman"/>
          <w:szCs w:val="24"/>
        </w:rPr>
        <w:t>400</w:t>
      </w:r>
      <w:r w:rsidRPr="00A11BF1">
        <w:rPr>
          <w:rFonts w:ascii="Times New Roman" w:hAnsi="Times New Roman" w:cs="Times New Roman"/>
          <w:szCs w:val="24"/>
        </w:rPr>
        <w:t xml:space="preserve"> words)</w:t>
      </w:r>
    </w:p>
    <w:p w:rsidR="00C91B88" w:rsidRPr="00A11BF1" w:rsidRDefault="00A11BF1" w:rsidP="00A11BF1">
      <w:pPr>
        <w:spacing w:after="0"/>
        <w:jc w:val="both"/>
        <w:rPr>
          <w:rFonts w:cs="Times New Roman"/>
          <w:szCs w:val="24"/>
        </w:rPr>
      </w:pPr>
      <w:r w:rsidRPr="00A11BF1">
        <w:rPr>
          <w:rFonts w:cs="Times New Roman"/>
          <w:szCs w:val="24"/>
        </w:rPr>
        <w:t>This section should provide sufficient methodological detail to demonstrate the feasibility and scientific quality of the proposed research. Whenever applicable, it should address:</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study design;</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study setting;</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target population and eligibility criteria;</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recruitment strategy and expected sample size;</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justification of the sample size or power considerations, where appropriate;</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variables, exposures, interventions and outcomes;</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data collection procedures and measurement methods;</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statistical analysis plan, including management of missing data where relevant;</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use of digital technologies, artificial intelligence, computational methods, or biomedical engineering approaches, where applicable;</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expected limitations and strategies to mitigate potential bias;</w:t>
      </w:r>
    </w:p>
    <w:p w:rsidR="00C91B88" w:rsidRPr="00A11BF1" w:rsidRDefault="00C91B88" w:rsidP="00A11BF1">
      <w:pPr>
        <w:pStyle w:val="Paragrafoelenco"/>
        <w:numPr>
          <w:ilvl w:val="0"/>
          <w:numId w:val="17"/>
        </w:numPr>
        <w:spacing w:after="0"/>
        <w:jc w:val="both"/>
        <w:rPr>
          <w:rFonts w:cs="Times New Roman"/>
          <w:szCs w:val="24"/>
        </w:rPr>
      </w:pPr>
      <w:r w:rsidRPr="00A11BF1">
        <w:rPr>
          <w:rFonts w:cs="Times New Roman"/>
          <w:szCs w:val="24"/>
        </w:rPr>
        <w:t>ethical considerations, including data protection, informed consent, and approval requirements where applicable.</w:t>
      </w:r>
    </w:p>
    <w:p w:rsidR="00841191" w:rsidRPr="00A11BF1" w:rsidRDefault="00A11BF1" w:rsidP="00A11BF1">
      <w:pPr>
        <w:spacing w:after="0"/>
        <w:jc w:val="both"/>
        <w:rPr>
          <w:rFonts w:cs="Times New Roman"/>
          <w:szCs w:val="24"/>
        </w:rPr>
      </w:pPr>
      <w:r w:rsidRPr="00A11BF1">
        <w:rPr>
          <w:rFonts w:cs="Times New Roman"/>
          <w:szCs w:val="24"/>
        </w:rPr>
        <w:t>Not all items are expected to apply to every project. Applicants should include only those relevant to the proposed research.</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lastRenderedPageBreak/>
        <w:t>4. Expected Results</w:t>
      </w:r>
      <w:r w:rsidR="00962654">
        <w:rPr>
          <w:rFonts w:ascii="Times New Roman" w:hAnsi="Times New Roman" w:cs="Times New Roman"/>
          <w:szCs w:val="24"/>
        </w:rPr>
        <w:t xml:space="preserve"> and </w:t>
      </w:r>
      <w:proofErr w:type="gramStart"/>
      <w:r w:rsidR="00962654">
        <w:rPr>
          <w:rFonts w:ascii="Times New Roman" w:hAnsi="Times New Roman" w:cs="Times New Roman"/>
          <w:szCs w:val="24"/>
        </w:rPr>
        <w:t xml:space="preserve">relevance </w:t>
      </w:r>
      <w:r w:rsidRPr="00A11BF1">
        <w:rPr>
          <w:rFonts w:ascii="Times New Roman" w:hAnsi="Times New Roman" w:cs="Times New Roman"/>
          <w:szCs w:val="24"/>
        </w:rPr>
        <w:t xml:space="preserve"> (</w:t>
      </w:r>
      <w:proofErr w:type="gramEnd"/>
      <w:r w:rsidRPr="00A11BF1">
        <w:rPr>
          <w:rFonts w:ascii="Times New Roman" w:hAnsi="Times New Roman" w:cs="Times New Roman"/>
          <w:szCs w:val="24"/>
        </w:rPr>
        <w:t>maximum 200 words)</w:t>
      </w:r>
    </w:p>
    <w:p w:rsidR="00841191" w:rsidRPr="00A11BF1" w:rsidRDefault="00A11BF1" w:rsidP="00A11BF1">
      <w:pPr>
        <w:spacing w:after="0"/>
        <w:jc w:val="both"/>
        <w:rPr>
          <w:rFonts w:cs="Times New Roman"/>
          <w:szCs w:val="24"/>
        </w:rPr>
      </w:pPr>
      <w:r w:rsidRPr="00A11BF1">
        <w:rPr>
          <w:rFonts w:cs="Times New Roman"/>
          <w:szCs w:val="24"/>
        </w:rPr>
        <w:t>Describe the anticipated scientific findings</w:t>
      </w:r>
      <w:r w:rsidR="00962654">
        <w:rPr>
          <w:rFonts w:cs="Times New Roman"/>
          <w:szCs w:val="24"/>
        </w:rPr>
        <w:t xml:space="preserve">, their novelty, feasibility </w:t>
      </w:r>
      <w:r w:rsidRPr="00A11BF1">
        <w:rPr>
          <w:rFonts w:cs="Times New Roman"/>
          <w:szCs w:val="24"/>
        </w:rPr>
        <w:t xml:space="preserve"> and</w:t>
      </w:r>
      <w:r w:rsidR="00962654">
        <w:rPr>
          <w:rFonts w:cs="Times New Roman"/>
          <w:szCs w:val="24"/>
        </w:rPr>
        <w:t xml:space="preserve"> </w:t>
      </w:r>
      <w:bookmarkStart w:id="0" w:name="_GoBack"/>
      <w:bookmarkEnd w:id="0"/>
      <w:r w:rsidRPr="00A11BF1">
        <w:rPr>
          <w:rFonts w:cs="Times New Roman"/>
          <w:szCs w:val="24"/>
        </w:rPr>
        <w:t>expected contribution to knowledge.</w:t>
      </w:r>
      <w:r w:rsidR="00962654" w:rsidRPr="00962654">
        <w:t xml:space="preserve"> </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t>5. Translational relevance (maximum 200 words)</w:t>
      </w:r>
    </w:p>
    <w:p w:rsidR="00A11BF1" w:rsidRDefault="00A11BF1" w:rsidP="00A11BF1">
      <w:pPr>
        <w:pStyle w:val="Titolo3"/>
        <w:rPr>
          <w:rFonts w:ascii="Times New Roman" w:eastAsiaTheme="minorEastAsia" w:hAnsi="Times New Roman" w:cs="Times New Roman"/>
          <w:b w:val="0"/>
          <w:bCs w:val="0"/>
          <w:color w:val="auto"/>
          <w:szCs w:val="24"/>
        </w:rPr>
      </w:pPr>
      <w:r w:rsidRPr="00A11BF1">
        <w:rPr>
          <w:rFonts w:ascii="Times New Roman" w:eastAsiaTheme="minorEastAsia" w:hAnsi="Times New Roman" w:cs="Times New Roman"/>
          <w:b w:val="0"/>
          <w:bCs w:val="0"/>
          <w:color w:val="auto"/>
          <w:szCs w:val="24"/>
        </w:rPr>
        <w:t>Applicants should clearly explain how the proposed research may contribute to advances in biomedical knowledge, healthcare, medical technologies, or clinical practice, and indicate the expected level of technological or clinical translation, where applicable.</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t>6. Timetable</w:t>
      </w:r>
    </w:p>
    <w:p w:rsidR="00841191" w:rsidRPr="00A11BF1" w:rsidRDefault="00A11BF1" w:rsidP="00A11BF1">
      <w:pPr>
        <w:spacing w:after="0"/>
        <w:jc w:val="both"/>
        <w:rPr>
          <w:rFonts w:cs="Times New Roman"/>
          <w:szCs w:val="24"/>
        </w:rPr>
      </w:pPr>
      <w:r w:rsidRPr="00A11BF1">
        <w:rPr>
          <w:rFonts w:cs="Times New Roman"/>
          <w:szCs w:val="24"/>
        </w:rPr>
        <w:t>Provide a realistic timeline of the main project activities over the three-year PhD</w:t>
      </w:r>
      <w:r w:rsidR="00C91B88" w:rsidRPr="00A11BF1">
        <w:rPr>
          <w:rFonts w:cs="Times New Roman"/>
          <w:szCs w:val="24"/>
        </w:rPr>
        <w:t xml:space="preserve"> </w:t>
      </w:r>
      <w:proofErr w:type="spellStart"/>
      <w:r w:rsidRPr="00A11BF1">
        <w:rPr>
          <w:rFonts w:cs="Times New Roman"/>
          <w:szCs w:val="24"/>
        </w:rPr>
        <w:t>programme</w:t>
      </w:r>
      <w:proofErr w:type="spellEnd"/>
      <w:r w:rsidRPr="00A11BF1">
        <w:rPr>
          <w:rFonts w:cs="Times New Roman"/>
          <w:szCs w:val="24"/>
        </w:rPr>
        <w:t xml:space="preserve"> (preferably in tabular or Gantt chart format).</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t>7. References</w:t>
      </w:r>
    </w:p>
    <w:p w:rsidR="00841191" w:rsidRPr="00A11BF1" w:rsidRDefault="00A11BF1" w:rsidP="00A11BF1">
      <w:pPr>
        <w:spacing w:after="0"/>
        <w:jc w:val="both"/>
        <w:rPr>
          <w:rFonts w:cs="Times New Roman"/>
          <w:szCs w:val="24"/>
        </w:rPr>
      </w:pPr>
      <w:r w:rsidRPr="00A11BF1">
        <w:rPr>
          <w:rFonts w:cs="Times New Roman"/>
          <w:szCs w:val="24"/>
        </w:rPr>
        <w:t>Maximum 20 references, formatted consistently according to a standard scientific citation style.</w:t>
      </w:r>
    </w:p>
    <w:p w:rsidR="00841191" w:rsidRPr="00A11BF1" w:rsidRDefault="00A11BF1" w:rsidP="00A11BF1">
      <w:pPr>
        <w:pStyle w:val="Titolo3"/>
        <w:rPr>
          <w:rFonts w:ascii="Times New Roman" w:hAnsi="Times New Roman" w:cs="Times New Roman"/>
          <w:szCs w:val="24"/>
        </w:rPr>
      </w:pPr>
      <w:r w:rsidRPr="00A11BF1">
        <w:rPr>
          <w:rFonts w:ascii="Times New Roman" w:hAnsi="Times New Roman" w:cs="Times New Roman"/>
          <w:szCs w:val="24"/>
        </w:rPr>
        <w:t>8. AI Use Statement</w:t>
      </w:r>
    </w:p>
    <w:p w:rsidR="00C91B88" w:rsidRPr="00A11BF1" w:rsidRDefault="00A11BF1" w:rsidP="00A11BF1">
      <w:pPr>
        <w:spacing w:after="0"/>
        <w:jc w:val="both"/>
        <w:rPr>
          <w:rFonts w:cs="Times New Roman"/>
          <w:szCs w:val="24"/>
        </w:rPr>
      </w:pPr>
      <w:r w:rsidRPr="00A11BF1">
        <w:rPr>
          <w:rFonts w:cs="Times New Roman"/>
          <w:szCs w:val="24"/>
        </w:rPr>
        <w:t>If AI tools were used during the preparation of the proposal, include a brief statement describing:</w:t>
      </w:r>
    </w:p>
    <w:p w:rsidR="00A11BF1" w:rsidRPr="00A11BF1" w:rsidRDefault="00A11BF1" w:rsidP="00A11BF1">
      <w:pPr>
        <w:pStyle w:val="Paragrafoelenco"/>
        <w:numPr>
          <w:ilvl w:val="0"/>
          <w:numId w:val="18"/>
        </w:numPr>
        <w:spacing w:after="0"/>
        <w:jc w:val="both"/>
        <w:rPr>
          <w:rFonts w:cs="Times New Roman"/>
          <w:szCs w:val="24"/>
        </w:rPr>
      </w:pPr>
      <w:r w:rsidRPr="00A11BF1">
        <w:rPr>
          <w:rFonts w:cs="Times New Roman"/>
          <w:szCs w:val="24"/>
        </w:rPr>
        <w:t>the name of the AI tool(s);</w:t>
      </w:r>
    </w:p>
    <w:p w:rsidR="00A11BF1" w:rsidRPr="00A11BF1" w:rsidRDefault="00A11BF1" w:rsidP="00A11BF1">
      <w:pPr>
        <w:pStyle w:val="Paragrafoelenco"/>
        <w:numPr>
          <w:ilvl w:val="0"/>
          <w:numId w:val="18"/>
        </w:numPr>
        <w:spacing w:after="0"/>
        <w:jc w:val="both"/>
        <w:rPr>
          <w:rFonts w:cs="Times New Roman"/>
          <w:szCs w:val="24"/>
        </w:rPr>
      </w:pPr>
      <w:r w:rsidRPr="00A11BF1">
        <w:rPr>
          <w:rFonts w:cs="Times New Roman"/>
          <w:szCs w:val="24"/>
        </w:rPr>
        <w:t>how the tool(s) were used;</w:t>
      </w:r>
    </w:p>
    <w:p w:rsidR="00C91B88" w:rsidRPr="00A11BF1" w:rsidRDefault="00A11BF1" w:rsidP="00A11BF1">
      <w:pPr>
        <w:pStyle w:val="Paragrafoelenco"/>
        <w:numPr>
          <w:ilvl w:val="0"/>
          <w:numId w:val="18"/>
        </w:numPr>
        <w:spacing w:after="0"/>
        <w:jc w:val="both"/>
        <w:rPr>
          <w:rFonts w:cs="Times New Roman"/>
          <w:szCs w:val="24"/>
        </w:rPr>
      </w:pPr>
      <w:r w:rsidRPr="00A11BF1">
        <w:rPr>
          <w:rFonts w:cs="Times New Roman"/>
          <w:szCs w:val="24"/>
        </w:rPr>
        <w:t>confirmation that the applicant takes full responsibility for the originality and scientific content of the proposal.</w:t>
      </w:r>
    </w:p>
    <w:p w:rsidR="00841191" w:rsidRDefault="00841191" w:rsidP="00A11BF1">
      <w:pPr>
        <w:spacing w:after="0"/>
        <w:jc w:val="both"/>
      </w:pPr>
    </w:p>
    <w:sectPr w:rsidR="0084119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85270E6"/>
    <w:multiLevelType w:val="hybridMultilevel"/>
    <w:tmpl w:val="1098F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684E48"/>
    <w:multiLevelType w:val="hybridMultilevel"/>
    <w:tmpl w:val="C050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47596"/>
    <w:multiLevelType w:val="hybridMultilevel"/>
    <w:tmpl w:val="9FFC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E1DA4"/>
    <w:multiLevelType w:val="hybridMultilevel"/>
    <w:tmpl w:val="A032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F406A8"/>
    <w:multiLevelType w:val="hybridMultilevel"/>
    <w:tmpl w:val="3154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C663B6"/>
    <w:multiLevelType w:val="hybridMultilevel"/>
    <w:tmpl w:val="F446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A85111"/>
    <w:multiLevelType w:val="hybridMultilevel"/>
    <w:tmpl w:val="6BF04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680A70"/>
    <w:multiLevelType w:val="hybridMultilevel"/>
    <w:tmpl w:val="1FA0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D81D46"/>
    <w:multiLevelType w:val="hybridMultilevel"/>
    <w:tmpl w:val="6DEA3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2"/>
  </w:num>
  <w:num w:numId="12">
    <w:abstractNumId w:val="15"/>
  </w:num>
  <w:num w:numId="13">
    <w:abstractNumId w:val="16"/>
  </w:num>
  <w:num w:numId="14">
    <w:abstractNumId w:val="11"/>
  </w:num>
  <w:num w:numId="15">
    <w:abstractNumId w:val="9"/>
  </w:num>
  <w:num w:numId="16">
    <w:abstractNumId w:val="14"/>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552B"/>
    <w:rsid w:val="0029639D"/>
    <w:rsid w:val="002A64F0"/>
    <w:rsid w:val="00326F90"/>
    <w:rsid w:val="00841191"/>
    <w:rsid w:val="00962654"/>
    <w:rsid w:val="00A11BF1"/>
    <w:rsid w:val="00AA1D8D"/>
    <w:rsid w:val="00B47730"/>
    <w:rsid w:val="00C26FE8"/>
    <w:rsid w:val="00C91B8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9617A1"/>
  <w14:defaultImageDpi w14:val="300"/>
  <w15:docId w15:val="{155CD87E-12D4-4978-AC3D-B06C2830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C693F"/>
    <w:rPr>
      <w:rFonts w:ascii="Times New Roman" w:hAnsi="Times New Roman"/>
      <w:sz w:val="24"/>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4A950-D424-4EBE-8A9C-B4CCDEC88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700</Words>
  <Characters>3990</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Iacoviello Licia</cp:lastModifiedBy>
  <cp:revision>4</cp:revision>
  <dcterms:created xsi:type="dcterms:W3CDTF">2026-07-02T07:47:00Z</dcterms:created>
  <dcterms:modified xsi:type="dcterms:W3CDTF">2026-07-02T09:54:00Z</dcterms:modified>
  <cp:category/>
</cp:coreProperties>
</file>